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rà soát và chỉnh lý sổ kế toán</w:t>
      </w:r>
    </w:p>
    <w:p>
      <w:pPr>
        <w:pStyle w:val="Subtitle"/>
        <w:spacing w:after="200" w:before="0"/>
        <w:jc w:val="center"/>
      </w:pPr>
      <w:r>
        <w:rPr>
          <w:rFonts w:ascii="Noto Serif" w:hAnsi="Noto Serif" w:eastAsia="Noto Serif" w:cs="Noto Serif"/>
          <w:b w:val="0"/>
          <w:color w:val="000000"/>
          <w:sz w:val="20"/>
        </w:rPr>
        <w:t>Mẫu 04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Rà soát các kỳ đã xác định, đề xuất và thực hiện điều chỉnh có dấu vết đối với sổ kế toán và hồ sơ liên quan.</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Kỳ rà soát [ ]; thời gian thực hiện từ [ngày] đến [ngày].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Chụp và khóa bản gốc</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 sao dữ liệu ban đầu và danh mục phiên bản</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Trước mọi điều chỉnh</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Rà soát theo phạm vi</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phát hiện kèm bằng chứng, kỳ và mức ảnh hưởng</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Chọn toàn bộ hoặc mẫu ở Phụ lục 01</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Đề xuất xử lý</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sách bút toán và hồ sơ bổ sung cần thiết</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A chấp thuận bằng văn bản</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Chỉnh lý sổ</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 sổ điều chỉnh và nhật ký thay đổi có tham chiếu</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Theo pháp luật của kỳ và việc sửa sổ</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Hồ sơ thuế liên quan</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Đánh giá nhu cầu khai bổ sung và bảng ảnh hưởng</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Thực hiện thay chỉ khi được giao hợp lệ</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Bàn giao hai phiên bản</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Dữ liệu trước và sau, hồ sơ tồn đọng và báo cáo kết quả</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Không xóa bản đã ký/nộp</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Hợp thức hóa chứng từ, ghi lùi ngày, tạo giao dịch không có thật, cam kết xóa thuế/phạt, kiểm toán pháp định và đại diện kiểm tra thuế ngoài thỏa thuận.</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B không được sửa trực tiếp hoặc xóa bản dữ liệu gốc để che dấu sai sót. Việc điều chỉnh không tự làm mất giá trị của hồ sơ đã nộp; khai bổ sung phải xét điều kiện, thời điểm và tình trạng kiểm tra thực tế.</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Bản sao sổ và dữ liệu nguyên trạng, báo cáo đã ký, tờ khai đã nộp, kết luận kiểm tra nếu có, chứng từ gốc và bảng giải trình của người phụ trách từng thời kỳ.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VND/gói theo kỳ</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Kỳ và mức bao phủ</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Các kỳ [ ]; [toàn bộ/kiểm tra mẫu]; tiêu chí chọn mẫu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Phiên bản được giữ</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Vị trí bản gốc [ ]; bản chỉnh lý [ ]; người quản lý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Tình trạng cơ quan thuế</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[chưa kiểm tra/đang kiểm tra/đã có kết luận]; tài liệu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được điều chỉnh</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[danh mục]; người duyệt [ ]; ngày duyệt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Chọn chế độ kế toán đúng đối tượng và năm tài chính. Thông tư 99/2025/TT-BTC áp dụng cho năm tài chính bắt đầu từ hoặc sau 01/01/2026; không tự đổi chế độ của kỳ cũ. Doanh nghiệp nhỏ hoặc siêu nhỏ kiểm tra chế độ riêng phù hợp trước khi chọn.</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Chế độ kế toán doanh nghiệp Thông tư 99/2025/TT-BTC Điều 31</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04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ongbao.chinhphu.vn/van-ban/thong-tu-so-99-2025-tt-btc-465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rà soát và chỉnh lý sổ kế toán</dc:title>
  <dc:subject>Mẫu hợp đồng dịch vụ kế toán cho doanh nghiệp</dc:subject>
  <dc:creator>Kế Toán Việt Hưng</dc:creator>
  <cp:keywords>DVKT 04;2026;hợp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